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5496"/>
        <w:gridCol w:w="5496"/>
      </w:tblGrid>
      <w:tr>
        <w:tc>
          <w:tcPr>
            <w:tcW w:type="dxa" w:w="6236"/>
          </w:tcPr>
          <w:p>
            <w:pPr>
              <w:spacing w:after="0"/>
            </w:pPr>
            <w:r/>
            <w:r>
              <w:rPr>
                <w:rFonts w:ascii="Times New Roman" w:hAnsi="Times New Roman"/>
                <w:sz w:val="20"/>
              </w:rPr>
            </w:r>
            <w:r>
              <w:drawing>
                <wp:inline xmlns:a="http://schemas.openxmlformats.org/drawingml/2006/main" xmlns:pic="http://schemas.openxmlformats.org/drawingml/2006/picture">
                  <wp:extent cx="540000" cy="799200"/>
                  <wp:docPr id="1" name="Picture 1"/>
                  <wp:cNvGraphicFramePr>
                    <a:graphicFrameLocks noChangeAspect="1"/>
                  </wp:cNvGraphicFramePr>
                  <a:graphic>
                    <a:graphicData uri="http://schemas.openxmlformats.org/drawingml/2006/picture">
                      <pic:pic>
                        <pic:nvPicPr>
                          <pic:cNvPr id="0" name="stema.png"/>
                          <pic:cNvPicPr/>
                        </pic:nvPicPr>
                        <pic:blipFill>
                          <a:blip r:embed="rId9"/>
                          <a:stretch>
                            <a:fillRect/>
                          </a:stretch>
                        </pic:blipFill>
                        <pic:spPr>
                          <a:xfrm>
                            <a:off x="0" y="0"/>
                            <a:ext cx="540000" cy="799200"/>
                          </a:xfrm>
                          <a:prstGeom prst="rect"/>
                        </pic:spPr>
                      </pic:pic>
                    </a:graphicData>
                  </a:graphic>
                </wp:inline>
              </w:drawing>
            </w:r>
          </w:p>
          <w:p>
            <w:pPr>
              <w:spacing w:after="0"/>
            </w:pPr>
            <w:r>
              <w:rPr>
                <w:rFonts w:ascii="Times New Roman" w:hAnsi="Times New Roman"/>
                <w:b/>
                <w:sz w:val="20"/>
              </w:rPr>
              <w:t>JUDEȚUL TIMIȘ</w:t>
            </w:r>
          </w:p>
          <w:p>
            <w:pPr>
              <w:spacing w:after="0"/>
            </w:pPr>
            <w:r>
              <w:rPr>
                <w:rFonts w:ascii="Times New Roman" w:hAnsi="Times New Roman"/>
                <w:sz w:val="20"/>
              </w:rPr>
              <w:t>PRIMĂRIA ORAȘULUI CIACOVA</w:t>
            </w:r>
          </w:p>
          <w:p>
            <w:pPr>
              <w:spacing w:after="0"/>
            </w:pPr>
            <w:r>
              <w:rPr>
                <w:rFonts w:ascii="Times New Roman" w:hAnsi="Times New Roman"/>
                <w:sz w:val="20"/>
              </w:rPr>
              <w:t>Cod de identificare fiscală (CIF): 4483889</w:t>
            </w:r>
          </w:p>
          <w:p>
            <w:pPr>
              <w:spacing w:after="0"/>
            </w:pPr>
            <w:r>
              <w:rPr>
                <w:rFonts w:ascii="Times New Roman" w:hAnsi="Times New Roman"/>
                <w:sz w:val="20"/>
              </w:rPr>
              <w:t>Adresa oficială: Piața Cetății nr. 8, Ciacova, jud. Timiș, cod poștal 307110</w:t>
            </w:r>
          </w:p>
          <w:p>
            <w:pPr>
              <w:spacing w:after="0"/>
            </w:pPr>
            <w:r>
              <w:rPr>
                <w:rFonts w:ascii="Times New Roman" w:hAnsi="Times New Roman"/>
                <w:sz w:val="20"/>
              </w:rPr>
              <w:t>Tel./fax: 0256.399.600 · E-mail: primariaciacova@primariaciacova.ro · www.primariaciacova.ro</w:t>
            </w:r>
          </w:p>
        </w:tc>
        <w:tc>
          <w:tcPr>
            <w:tcW w:type="dxa" w:w="4252"/>
          </w:tcPr>
          <w:p>
            <w:pPr>
              <w:spacing w:after="0"/>
            </w:pPr>
            <w:r/>
            <w:r>
              <w:rPr>
                <w:rFonts w:ascii="Times New Roman" w:hAnsi="Times New Roman"/>
                <w:sz w:val="18"/>
              </w:rPr>
              <w:t>Număr de înregistrare: ____________</w:t>
            </w:r>
          </w:p>
          <w:p>
            <w:pPr>
              <w:spacing w:after="0"/>
            </w:pPr>
            <w:r>
              <w:rPr>
                <w:rFonts w:ascii="Times New Roman" w:hAnsi="Times New Roman"/>
                <w:sz w:val="18"/>
              </w:rPr>
              <w:t>Data: ____________</w:t>
            </w:r>
          </w:p>
          <w:p>
            <w:pPr>
              <w:spacing w:after="0"/>
            </w:pPr>
            <w:r>
              <w:rPr>
                <w:rFonts w:ascii="Times New Roman" w:hAnsi="Times New Roman"/>
                <w:sz w:val="18"/>
              </w:rPr>
            </w:r>
          </w:p>
          <w:p>
            <w:pPr>
              <w:spacing w:after="0"/>
            </w:pPr>
            <w:r>
              <w:rPr>
                <w:rFonts w:ascii="Times New Roman" w:hAnsi="Times New Roman"/>
                <w:sz w:val="18"/>
              </w:rPr>
              <w:t>se completează de autoritate — solicitantul nu scrie în această zonă</w:t>
            </w:r>
          </w:p>
        </w:tc>
      </w:tr>
      <w:tr>
        <w:tc>
          <w:tcPr>
            <w:tcW w:type="dxa" w:w="6236"/>
          </w:tcPr>
          <w:p>
            <w:pPr>
              <w:spacing w:after="0"/>
            </w:pPr>
            <w:r/>
            <w:r>
              <w:rPr>
                <w:rFonts w:ascii="Times New Roman" w:hAnsi="Times New Roman"/>
                <w:sz w:val="17"/>
              </w:rPr>
              <w:t>F_AR_01 · versiunea 1.0 — model aprobat prin Ordinul MDLPA nr. 975/2026 (M. Of. nr. 711 bis/26.08.2026), completat cu datele Primăriei Orașului Ciacova</w:t>
            </w:r>
          </w:p>
        </w:tc>
        <w:tc>
          <w:tcPr>
            <w:tcW w:type="dxa" w:w="4252"/>
          </w:tcPr>
          <w:p>
            <w:pPr>
              <w:spacing w:after="0"/>
            </w:pPr>
            <w:r/>
            <w:r>
              <w:rPr>
                <w:rFonts w:ascii="Times New Roman" w:hAnsi="Times New Roman"/>
                <w:sz w:val="17"/>
              </w:rPr>
              <w:t>Legea nr. 169/2026 privind Codul amenajării teritoriului, urbanismului și construcțiilor</w:t>
            </w:r>
          </w:p>
        </w:tc>
      </w:tr>
    </w:tbl>
    <w:p>
      <w:pPr>
        <w:spacing w:after="80" w:before="160"/>
        <w:jc w:val="center"/>
      </w:pPr>
      <w:r>
        <w:rPr>
          <w:rFonts w:ascii="Times New Roman" w:hAnsi="Times New Roman"/>
          <w:b/>
          <w:i w:val="0"/>
          <w:sz w:val="28"/>
        </w:rPr>
        <w:t>CERERE</w:t>
      </w:r>
    </w:p>
    <w:p>
      <w:pPr>
        <w:spacing w:after="60" w:before="120"/>
        <w:jc w:val="left"/>
      </w:pPr>
      <w:r>
        <w:rPr>
          <w:rFonts w:ascii="Times New Roman" w:hAnsi="Times New Roman"/>
          <w:b/>
          <w:i w:val="0"/>
          <w:sz w:val="22"/>
        </w:rPr>
        <w:t>1. CĂTRE</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Instituția</w:t>
            </w:r>
          </w:p>
        </w:tc>
        <w:tc>
          <w:tcPr>
            <w:tcW w:type="dxa" w:w="7087"/>
          </w:tcPr>
          <w:p>
            <w:r>
              <w:rPr>
                <w:rFonts w:ascii="Times New Roman" w:hAnsi="Times New Roman"/>
                <w:b/>
                <w:sz w:val="21"/>
              </w:rPr>
              <w:t>PRIMĂRIA ORAȘULUI CIACOVA</w:t>
            </w:r>
          </w:p>
        </w:tc>
      </w:tr>
      <w:tr>
        <w:tc>
          <w:tcPr>
            <w:tcW w:type="dxa" w:w="3402"/>
          </w:tcPr>
          <w:p>
            <w:r>
              <w:rPr>
                <w:rFonts w:ascii="Times New Roman" w:hAnsi="Times New Roman"/>
                <w:sz w:val="19"/>
              </w:rPr>
              <w:t>Adresată</w:t>
            </w:r>
          </w:p>
        </w:tc>
        <w:tc>
          <w:tcPr>
            <w:tcW w:type="dxa" w:w="7087"/>
          </w:tcPr>
          <w:p>
            <w:r>
              <w:rPr>
                <w:rFonts w:ascii="Times New Roman" w:hAnsi="Times New Roman"/>
                <w:b/>
                <w:sz w:val="21"/>
              </w:rPr>
              <w:t>Primarului Orașului Ciacova</w:t>
            </w:r>
          </w:p>
        </w:tc>
      </w:tr>
    </w:tbl>
    <w:p>
      <w:pPr>
        <w:spacing w:after="40"/>
      </w:pPr>
    </w:p>
    <w:p>
      <w:pPr>
        <w:spacing w:after="60" w:before="120"/>
        <w:jc w:val="left"/>
      </w:pPr>
      <w:r>
        <w:rPr>
          <w:rFonts w:ascii="Times New Roman" w:hAnsi="Times New Roman"/>
          <w:b/>
          <w:i w:val="0"/>
          <w:sz w:val="22"/>
        </w:rPr>
        <w:t>2. SOLICITANTUL</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Nume și prenume</w:t>
            </w:r>
          </w:p>
        </w:tc>
        <w:tc>
          <w:tcPr>
            <w:tcW w:type="dxa" w:w="7087"/>
          </w:tcPr>
          <w:p>
            <w:r>
              <w:rPr>
                <w:rFonts w:ascii="Times New Roman" w:hAnsi="Times New Roman"/>
                <w:sz w:val="21"/>
              </w:rPr>
            </w:r>
          </w:p>
        </w:tc>
      </w:tr>
      <w:tr>
        <w:tc>
          <w:tcPr>
            <w:tcW w:type="dxa" w:w="3402"/>
          </w:tcPr>
          <w:p>
            <w:r>
              <w:rPr>
                <w:rFonts w:ascii="Times New Roman" w:hAnsi="Times New Roman"/>
                <w:sz w:val="19"/>
              </w:rPr>
              <w:t>CNP</w:t>
            </w:r>
          </w:p>
        </w:tc>
        <w:tc>
          <w:tcPr>
            <w:tcW w:type="dxa" w:w="7087"/>
          </w:tcPr>
          <w:p>
            <w:r>
              <w:rPr>
                <w:rFonts w:ascii="Times New Roman" w:hAnsi="Times New Roman"/>
                <w:sz w:val="21"/>
              </w:rPr>
            </w:r>
          </w:p>
        </w:tc>
      </w:tr>
      <w:tr>
        <w:tc>
          <w:tcPr>
            <w:tcW w:type="dxa" w:w="3402"/>
          </w:tcPr>
          <w:p>
            <w:r>
              <w:rPr>
                <w:rFonts w:ascii="Times New Roman" w:hAnsi="Times New Roman"/>
                <w:sz w:val="19"/>
              </w:rPr>
              <w:t>Act de identitate — seria / numărul</w:t>
            </w:r>
          </w:p>
        </w:tc>
        <w:tc>
          <w:tcPr>
            <w:tcW w:type="dxa" w:w="7087"/>
          </w:tcPr>
          <w:p>
            <w:r>
              <w:rPr>
                <w:rFonts w:ascii="Times New Roman" w:hAnsi="Times New Roman"/>
                <w:sz w:val="21"/>
              </w:rPr>
            </w:r>
          </w:p>
        </w:tc>
      </w:tr>
      <w:tr>
        <w:tc>
          <w:tcPr>
            <w:tcW w:type="dxa" w:w="3402"/>
          </w:tcPr>
          <w:p>
            <w:r>
              <w:rPr>
                <w:rFonts w:ascii="Times New Roman" w:hAnsi="Times New Roman"/>
                <w:sz w:val="19"/>
              </w:rPr>
              <w:t>Eliberat de / la data</w:t>
            </w:r>
          </w:p>
        </w:tc>
        <w:tc>
          <w:tcPr>
            <w:tcW w:type="dxa" w:w="7087"/>
          </w:tcPr>
          <w:p>
            <w:r>
              <w:rPr>
                <w:rFonts w:ascii="Times New Roman" w:hAnsi="Times New Roman"/>
                <w:sz w:val="21"/>
              </w:rPr>
            </w:r>
          </w:p>
        </w:tc>
      </w:tr>
      <w:tr>
        <w:tc>
          <w:tcPr>
            <w:tcW w:type="dxa" w:w="3402"/>
          </w:tcPr>
          <w:p>
            <w:r>
              <w:rPr>
                <w:rFonts w:ascii="Times New Roman" w:hAnsi="Times New Roman"/>
                <w:sz w:val="19"/>
              </w:rPr>
              <w:t>Domiciliul — județul</w:t>
            </w:r>
          </w:p>
        </w:tc>
        <w:tc>
          <w:tcPr>
            <w:tcW w:type="dxa" w:w="7087"/>
          </w:tcPr>
          <w:p>
            <w:r>
              <w:rPr>
                <w:rFonts w:ascii="Times New Roman" w:hAnsi="Times New Roman"/>
                <w:sz w:val="21"/>
              </w:rPr>
            </w:r>
          </w:p>
        </w:tc>
      </w:tr>
      <w:tr>
        <w:tc>
          <w:tcPr>
            <w:tcW w:type="dxa" w:w="3402"/>
          </w:tcPr>
          <w:p>
            <w:r>
              <w:rPr>
                <w:rFonts w:ascii="Times New Roman" w:hAnsi="Times New Roman"/>
                <w:sz w:val="19"/>
              </w:rPr>
              <w:t>Municipiul / orașul / comuna</w:t>
            </w:r>
          </w:p>
        </w:tc>
        <w:tc>
          <w:tcPr>
            <w:tcW w:type="dxa" w:w="7087"/>
          </w:tcPr>
          <w:p>
            <w:r>
              <w:rPr>
                <w:rFonts w:ascii="Times New Roman" w:hAnsi="Times New Roman"/>
                <w:sz w:val="21"/>
              </w:rPr>
            </w:r>
          </w:p>
        </w:tc>
      </w:tr>
      <w:tr>
        <w:tc>
          <w:tcPr>
            <w:tcW w:type="dxa" w:w="3402"/>
          </w:tcPr>
          <w:p>
            <w:r>
              <w:rPr>
                <w:rFonts w:ascii="Times New Roman" w:hAnsi="Times New Roman"/>
                <w:sz w:val="19"/>
              </w:rPr>
              <w:t>Satul / sectorul</w:t>
            </w:r>
          </w:p>
        </w:tc>
        <w:tc>
          <w:tcPr>
            <w:tcW w:type="dxa" w:w="7087"/>
          </w:tcPr>
          <w:p>
            <w:r>
              <w:rPr>
                <w:rFonts w:ascii="Times New Roman" w:hAnsi="Times New Roman"/>
                <w:sz w:val="21"/>
              </w:rPr>
            </w:r>
          </w:p>
        </w:tc>
      </w:tr>
      <w:tr>
        <w:tc>
          <w:tcPr>
            <w:tcW w:type="dxa" w:w="3402"/>
          </w:tcPr>
          <w:p>
            <w:r>
              <w:rPr>
                <w:rFonts w:ascii="Times New Roman" w:hAnsi="Times New Roman"/>
                <w:sz w:val="19"/>
              </w:rPr>
              <w:t>Strada, nr., bl., sc., et., ap.</w:t>
            </w:r>
          </w:p>
        </w:tc>
        <w:tc>
          <w:tcPr>
            <w:tcW w:type="dxa" w:w="7087"/>
          </w:tcPr>
          <w:p>
            <w:r>
              <w:rPr>
                <w:rFonts w:ascii="Times New Roman" w:hAnsi="Times New Roman"/>
                <w:sz w:val="21"/>
              </w:rPr>
            </w:r>
          </w:p>
        </w:tc>
      </w:tr>
      <w:tr>
        <w:tc>
          <w:tcPr>
            <w:tcW w:type="dxa" w:w="3402"/>
          </w:tcPr>
          <w:p>
            <w:r>
              <w:rPr>
                <w:rFonts w:ascii="Times New Roman" w:hAnsi="Times New Roman"/>
                <w:sz w:val="19"/>
              </w:rPr>
              <w:t>Cod poștal / Țara</w:t>
            </w:r>
          </w:p>
        </w:tc>
        <w:tc>
          <w:tcPr>
            <w:tcW w:type="dxa" w:w="7087"/>
          </w:tcPr>
          <w:p>
            <w:r>
              <w:rPr>
                <w:rFonts w:ascii="Times New Roman" w:hAnsi="Times New Roman"/>
                <w:sz w:val="21"/>
              </w:rPr>
            </w:r>
          </w:p>
        </w:tc>
      </w:tr>
      <w:tr>
        <w:tc>
          <w:tcPr>
            <w:tcW w:type="dxa" w:w="3402"/>
          </w:tcPr>
          <w:p>
            <w:r>
              <w:rPr>
                <w:rFonts w:ascii="Times New Roman" w:hAnsi="Times New Roman"/>
                <w:sz w:val="19"/>
              </w:rPr>
              <w:t>Telefon / fax</w:t>
            </w:r>
          </w:p>
        </w:tc>
        <w:tc>
          <w:tcPr>
            <w:tcW w:type="dxa" w:w="7087"/>
          </w:tcPr>
          <w:p>
            <w:r>
              <w:rPr>
                <w:rFonts w:ascii="Times New Roman" w:hAnsi="Times New Roman"/>
                <w:sz w:val="21"/>
              </w:rPr>
            </w:r>
          </w:p>
        </w:tc>
      </w:tr>
      <w:tr>
        <w:tc>
          <w:tcPr>
            <w:tcW w:type="dxa" w:w="3402"/>
          </w:tcPr>
          <w:p>
            <w:r>
              <w:rPr>
                <w:rFonts w:ascii="Times New Roman" w:hAnsi="Times New Roman"/>
                <w:sz w:val="19"/>
              </w:rPr>
              <w:t>E-mail</w:t>
            </w:r>
          </w:p>
        </w:tc>
        <w:tc>
          <w:tcPr>
            <w:tcW w:type="dxa" w:w="7087"/>
          </w:tcPr>
          <w:p>
            <w:r>
              <w:rPr>
                <w:rFonts w:ascii="Times New Roman" w:hAnsi="Times New Roman"/>
                <w:sz w:val="21"/>
              </w:rPr>
            </w:r>
          </w:p>
        </w:tc>
      </w:tr>
      <w:tr>
        <w:tc>
          <w:tcPr>
            <w:tcW w:type="dxa" w:w="3402"/>
          </w:tcPr>
          <w:p>
            <w:r>
              <w:rPr>
                <w:rFonts w:ascii="Times New Roman" w:hAnsi="Times New Roman"/>
                <w:sz w:val="19"/>
              </w:rPr>
              <w:t>În calitate de</w:t>
            </w:r>
          </w:p>
        </w:tc>
        <w:tc>
          <w:tcPr>
            <w:tcW w:type="dxa" w:w="7087"/>
          </w:tcPr>
          <w:p>
            <w:r>
              <w:rPr>
                <w:rFonts w:ascii="Times New Roman" w:hAnsi="Times New Roman"/>
                <w:sz w:val="21"/>
              </w:rPr>
              <w:t>☐ titular al dreptului de proprietate      ☐ împuternicit al titularului</w:t>
            </w:r>
          </w:p>
        </w:tc>
      </w:tr>
      <w:tr>
        <w:tc>
          <w:tcPr>
            <w:tcW w:type="dxa" w:w="3402"/>
          </w:tcPr>
          <w:p>
            <w:r>
              <w:rPr>
                <w:rFonts w:ascii="Times New Roman" w:hAnsi="Times New Roman"/>
                <w:sz w:val="19"/>
              </w:rPr>
              <w:t>Reprezentant al (dacă e cazul) / CUI</w:t>
            </w:r>
          </w:p>
        </w:tc>
        <w:tc>
          <w:tcPr>
            <w:tcW w:type="dxa" w:w="7087"/>
          </w:tcPr>
          <w:p>
            <w:r>
              <w:rPr>
                <w:rFonts w:ascii="Times New Roman" w:hAnsi="Times New Roman"/>
                <w:sz w:val="21"/>
              </w:rPr>
            </w:r>
          </w:p>
        </w:tc>
      </w:tr>
    </w:tbl>
    <w:p>
      <w:pPr>
        <w:spacing w:after="40"/>
      </w:pPr>
    </w:p>
    <w:p>
      <w:pPr>
        <w:spacing w:after="40" w:before="0"/>
        <w:jc w:val="both"/>
      </w:pPr>
      <w:r>
        <w:rPr>
          <w:rFonts w:ascii="Times New Roman" w:hAnsi="Times New Roman"/>
          <w:b w:val="0"/>
          <w:i/>
          <w:sz w:val="21"/>
        </w:rPr>
        <w:t>în conformitate cu secțiunea a 4-a din Legea nr. 169/2026 privind Codul amenajării teritoriului, urbanismului și construcțiilor, în temeiul art. 301, solicit emiterea</w:t>
      </w:r>
    </w:p>
    <w:p>
      <w:pPr>
        <w:spacing w:after="80" w:before="40"/>
        <w:jc w:val="center"/>
      </w:pPr>
      <w:r>
        <w:rPr>
          <w:rFonts w:ascii="Times New Roman" w:hAnsi="Times New Roman"/>
          <w:b/>
          <w:i w:val="0"/>
          <w:sz w:val="26"/>
        </w:rPr>
        <w:t>AUTORIZAȚIEI DE REGULARIZARE</w:t>
      </w:r>
    </w:p>
    <w:p>
      <w:pPr>
        <w:spacing w:after="60" w:before="120"/>
        <w:jc w:val="left"/>
      </w:pPr>
      <w:r>
        <w:rPr>
          <w:rFonts w:ascii="Times New Roman" w:hAnsi="Times New Roman"/>
          <w:b/>
          <w:i w:val="0"/>
          <w:sz w:val="22"/>
        </w:rPr>
        <w:t>4. IMOBILUL</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Obiectul</w:t>
            </w:r>
          </w:p>
        </w:tc>
        <w:tc>
          <w:tcPr>
            <w:tcW w:type="dxa" w:w="7087"/>
          </w:tcPr>
          <w:p>
            <w:r>
              <w:rPr>
                <w:rFonts w:ascii="Times New Roman" w:hAnsi="Times New Roman"/>
                <w:sz w:val="21"/>
              </w:rPr>
              <w:t>☐ teren      ☐ construcții</w:t>
            </w:r>
          </w:p>
        </w:tc>
      </w:tr>
      <w:tr>
        <w:tc>
          <w:tcPr>
            <w:tcW w:type="dxa" w:w="3402"/>
          </w:tcPr>
          <w:p>
            <w:r>
              <w:rPr>
                <w:rFonts w:ascii="Times New Roman" w:hAnsi="Times New Roman"/>
                <w:sz w:val="19"/>
              </w:rPr>
              <w:t>Județ</w:t>
            </w:r>
          </w:p>
        </w:tc>
        <w:tc>
          <w:tcPr>
            <w:tcW w:type="dxa" w:w="7087"/>
          </w:tcPr>
          <w:p>
            <w:r>
              <w:rPr>
                <w:rFonts w:ascii="Times New Roman" w:hAnsi="Times New Roman"/>
                <w:b/>
                <w:sz w:val="21"/>
              </w:rPr>
              <w:t>TIMIȘ</w:t>
            </w:r>
          </w:p>
        </w:tc>
      </w:tr>
      <w:tr>
        <w:tc>
          <w:tcPr>
            <w:tcW w:type="dxa" w:w="3402"/>
          </w:tcPr>
          <w:p>
            <w:r>
              <w:rPr>
                <w:rFonts w:ascii="Times New Roman" w:hAnsi="Times New Roman"/>
                <w:sz w:val="19"/>
              </w:rPr>
              <w:t>Municipiu / oraș / comună</w:t>
            </w:r>
          </w:p>
        </w:tc>
        <w:tc>
          <w:tcPr>
            <w:tcW w:type="dxa" w:w="7087"/>
          </w:tcPr>
          <w:p>
            <w:r>
              <w:rPr>
                <w:rFonts w:ascii="Times New Roman" w:hAnsi="Times New Roman"/>
                <w:b/>
                <w:sz w:val="21"/>
              </w:rPr>
              <w:t>CIACOVA</w:t>
            </w:r>
          </w:p>
        </w:tc>
      </w:tr>
      <w:tr>
        <w:tc>
          <w:tcPr>
            <w:tcW w:type="dxa" w:w="3402"/>
          </w:tcPr>
          <w:p>
            <w:r>
              <w:rPr>
                <w:rFonts w:ascii="Times New Roman" w:hAnsi="Times New Roman"/>
                <w:sz w:val="19"/>
              </w:rPr>
              <w:t>Sat</w:t>
            </w:r>
          </w:p>
        </w:tc>
        <w:tc>
          <w:tcPr>
            <w:tcW w:type="dxa" w:w="7087"/>
          </w:tcPr>
          <w:p>
            <w:r>
              <w:rPr>
                <w:rFonts w:ascii="Times New Roman" w:hAnsi="Times New Roman"/>
                <w:sz w:val="21"/>
              </w:rPr>
              <w:t>☐ Ciacova   ☐ Cebza   ☐ Macedonia   ☐ Obad   ☐ Petroman</w:t>
            </w:r>
          </w:p>
        </w:tc>
      </w:tr>
      <w:tr>
        <w:tc>
          <w:tcPr>
            <w:tcW w:type="dxa" w:w="3402"/>
          </w:tcPr>
          <w:p>
            <w:r>
              <w:rPr>
                <w:rFonts w:ascii="Times New Roman" w:hAnsi="Times New Roman"/>
                <w:sz w:val="19"/>
              </w:rPr>
              <w:t>Strada, nr., bl., sc., et., ap.</w:t>
            </w:r>
          </w:p>
        </w:tc>
        <w:tc>
          <w:tcPr>
            <w:tcW w:type="dxa" w:w="7087"/>
          </w:tcPr>
          <w:p>
            <w:r>
              <w:rPr>
                <w:rFonts w:ascii="Times New Roman" w:hAnsi="Times New Roman"/>
                <w:sz w:val="21"/>
              </w:rPr>
            </w:r>
          </w:p>
        </w:tc>
      </w:tr>
      <w:tr>
        <w:tc>
          <w:tcPr>
            <w:tcW w:type="dxa" w:w="3402"/>
          </w:tcPr>
          <w:p>
            <w:r>
              <w:rPr>
                <w:rFonts w:ascii="Times New Roman" w:hAnsi="Times New Roman"/>
                <w:sz w:val="19"/>
              </w:rPr>
              <w:t>Cod poștal</w:t>
            </w:r>
          </w:p>
        </w:tc>
        <w:tc>
          <w:tcPr>
            <w:tcW w:type="dxa" w:w="7087"/>
          </w:tcPr>
          <w:p>
            <w:r>
              <w:rPr>
                <w:rFonts w:ascii="Times New Roman" w:hAnsi="Times New Roman"/>
                <w:b/>
                <w:sz w:val="21"/>
              </w:rPr>
              <w:t>307110</w:t>
            </w:r>
          </w:p>
        </w:tc>
      </w:tr>
      <w:tr>
        <w:tc>
          <w:tcPr>
            <w:tcW w:type="dxa" w:w="3402"/>
          </w:tcPr>
          <w:p>
            <w:r>
              <w:rPr>
                <w:rFonts w:ascii="Times New Roman" w:hAnsi="Times New Roman"/>
                <w:sz w:val="19"/>
              </w:rPr>
              <w:t>Număr cadastral (dacă imobilul e înscris în e-Terra)</w:t>
            </w:r>
          </w:p>
        </w:tc>
        <w:tc>
          <w:tcPr>
            <w:tcW w:type="dxa" w:w="7087"/>
          </w:tcPr>
          <w:p>
            <w:r>
              <w:rPr>
                <w:rFonts w:ascii="Times New Roman" w:hAnsi="Times New Roman"/>
                <w:sz w:val="21"/>
              </w:rPr>
            </w:r>
          </w:p>
        </w:tc>
      </w:tr>
      <w:tr>
        <w:tc>
          <w:tcPr>
            <w:tcW w:type="dxa" w:w="3402"/>
          </w:tcPr>
          <w:p>
            <w:r>
              <w:rPr>
                <w:rFonts w:ascii="Times New Roman" w:hAnsi="Times New Roman"/>
                <w:sz w:val="19"/>
              </w:rPr>
              <w:t>Carte funciară nr.</w:t>
            </w:r>
          </w:p>
        </w:tc>
        <w:tc>
          <w:tcPr>
            <w:tcW w:type="dxa" w:w="7087"/>
          </w:tcPr>
          <w:p>
            <w:r>
              <w:rPr>
                <w:rFonts w:ascii="Times New Roman" w:hAnsi="Times New Roman"/>
                <w:sz w:val="21"/>
              </w:rPr>
            </w:r>
          </w:p>
        </w:tc>
      </w:tr>
      <w:tr>
        <w:tc>
          <w:tcPr>
            <w:tcW w:type="dxa" w:w="3402"/>
          </w:tcPr>
          <w:p>
            <w:r>
              <w:rPr>
                <w:rFonts w:ascii="Times New Roman" w:hAnsi="Times New Roman"/>
                <w:sz w:val="19"/>
              </w:rPr>
              <w:t>Anexe</w:t>
            </w:r>
          </w:p>
        </w:tc>
        <w:tc>
          <w:tcPr>
            <w:tcW w:type="dxa" w:w="7087"/>
          </w:tcPr>
          <w:p>
            <w:r>
              <w:rPr>
                <w:rFonts w:ascii="Times New Roman" w:hAnsi="Times New Roman"/>
                <w:sz w:val="21"/>
              </w:rPr>
              <w:t>☐ extras de carte funciară actualizat, anexat</w:t>
              <w:br/>
              <w:t>☐ plan de încadrare în zonă în sistem Stereo 70, anexat</w:t>
            </w:r>
          </w:p>
        </w:tc>
      </w:tr>
    </w:tbl>
    <w:p>
      <w:pPr>
        <w:spacing w:after="40"/>
      </w:pPr>
    </w:p>
    <w:p>
      <w:pPr>
        <w:spacing w:after="60" w:before="120"/>
        <w:jc w:val="left"/>
      </w:pPr>
      <w:r>
        <w:rPr>
          <w:rFonts w:ascii="Times New Roman" w:hAnsi="Times New Roman"/>
          <w:b/>
          <w:i w:val="0"/>
          <w:sz w:val="22"/>
        </w:rPr>
        <w:t>5. SITUAȚIA CONSTRUCȚIEI</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Construcția a fost</w:t>
            </w:r>
          </w:p>
        </w:tc>
        <w:tc>
          <w:tcPr>
            <w:tcW w:type="dxa" w:w="7087"/>
          </w:tcPr>
          <w:p>
            <w:r>
              <w:rPr>
                <w:rFonts w:ascii="Times New Roman" w:hAnsi="Times New Roman"/>
                <w:sz w:val="21"/>
              </w:rPr>
              <w:t>☐ realizată FĂRĂ autorizație de construire</w:t>
              <w:br/>
              <w:t>☐ realizată CU NERESPECTAREA autorizației de construire</w:t>
            </w:r>
          </w:p>
        </w:tc>
      </w:tr>
      <w:tr>
        <w:tc>
          <w:tcPr>
            <w:tcW w:type="dxa" w:w="3402"/>
          </w:tcPr>
          <w:p>
            <w:r>
              <w:rPr>
                <w:rFonts w:ascii="Times New Roman" w:hAnsi="Times New Roman"/>
                <w:sz w:val="19"/>
              </w:rPr>
              <w:t>Autorizația nerespectată — nr. / data / emitent (dacă este cazul)</w:t>
            </w:r>
          </w:p>
        </w:tc>
        <w:tc>
          <w:tcPr>
            <w:tcW w:type="dxa" w:w="7087"/>
          </w:tcPr>
          <w:p>
            <w:r>
              <w:rPr>
                <w:rFonts w:ascii="Times New Roman" w:hAnsi="Times New Roman"/>
                <w:sz w:val="21"/>
              </w:rPr>
            </w:r>
          </w:p>
        </w:tc>
      </w:tr>
      <w:tr>
        <w:tc>
          <w:tcPr>
            <w:tcW w:type="dxa" w:w="3402"/>
          </w:tcPr>
          <w:p>
            <w:r>
              <w:rPr>
                <w:rFonts w:ascii="Times New Roman" w:hAnsi="Times New Roman"/>
                <w:sz w:val="19"/>
              </w:rPr>
              <w:t>Încadrarea — art. 301 (se bifează cazul aplicabil)</w:t>
            </w:r>
          </w:p>
        </w:tc>
        <w:tc>
          <w:tcPr>
            <w:tcW w:type="dxa" w:w="7087"/>
          </w:tcPr>
          <w:p>
            <w:r>
              <w:rPr>
                <w:rFonts w:ascii="Times New Roman" w:hAnsi="Times New Roman"/>
                <w:sz w:val="21"/>
              </w:rPr>
              <w:t>☐ alin. (2) — locuință unifamilială, suprafață construită desfășurată de cel mult 150 mp, care nu este monument istoric</w:t>
              <w:br/>
              <w:t>☐ alin. (2) — anexă a locuinței / gospodărească / a exploatației agricole, de cel mult 150 mp</w:t>
              <w:br/>
              <w:t>☐ alin. (2) — lucrări de închidere a balcoanelor, fără extindere pe domeniul public</w:t>
              <w:br/>
              <w:t>☐ alin. (7) — alte categorii, în termenul de excepție de cel mult 1 an de la intrarea în vigoare a Codului</w:t>
            </w:r>
          </w:p>
        </w:tc>
      </w:tr>
    </w:tbl>
    <w:p>
      <w:pPr>
        <w:spacing w:after="40"/>
      </w:pPr>
    </w:p>
    <w:p>
      <w:pPr>
        <w:spacing w:after="60" w:before="120"/>
        <w:jc w:val="left"/>
      </w:pPr>
      <w:r>
        <w:rPr>
          <w:rFonts w:ascii="Times New Roman" w:hAnsi="Times New Roman"/>
          <w:b/>
          <w:i w:val="0"/>
          <w:sz w:val="22"/>
        </w:rPr>
        <w:t>6. DOCUMENTAȚIA ȘI EXPERTIZAREA TEHNICĂ PENTRU CERINȚELE FUNDAMENTALE</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P.A.C. nr. / data</w:t>
            </w:r>
          </w:p>
        </w:tc>
        <w:tc>
          <w:tcPr>
            <w:tcW w:type="dxa" w:w="7087"/>
          </w:tcPr>
          <w:p>
            <w:r>
              <w:rPr>
                <w:rFonts w:ascii="Times New Roman" w:hAnsi="Times New Roman"/>
                <w:sz w:val="21"/>
              </w:rPr>
            </w:r>
          </w:p>
        </w:tc>
      </w:tr>
      <w:tr>
        <w:tc>
          <w:tcPr>
            <w:tcW w:type="dxa" w:w="3402"/>
          </w:tcPr>
          <w:p>
            <w:r>
              <w:rPr>
                <w:rFonts w:ascii="Times New Roman" w:hAnsi="Times New Roman"/>
                <w:sz w:val="19"/>
              </w:rPr>
              <w:t>Elaborator</w:t>
            </w:r>
          </w:p>
        </w:tc>
        <w:tc>
          <w:tcPr>
            <w:tcW w:type="dxa" w:w="7087"/>
          </w:tcPr>
          <w:p>
            <w:r>
              <w:rPr>
                <w:rFonts w:ascii="Times New Roman" w:hAnsi="Times New Roman"/>
                <w:sz w:val="21"/>
              </w:rPr>
            </w:r>
          </w:p>
        </w:tc>
      </w:tr>
      <w:tr>
        <w:tc>
          <w:tcPr>
            <w:tcW w:type="dxa" w:w="3402"/>
          </w:tcPr>
          <w:p>
            <w:r>
              <w:rPr>
                <w:rFonts w:ascii="Times New Roman" w:hAnsi="Times New Roman"/>
                <w:sz w:val="19"/>
              </w:rPr>
              <w:t>Proiectant autor — nr. TNA</w:t>
            </w:r>
          </w:p>
        </w:tc>
        <w:tc>
          <w:tcPr>
            <w:tcW w:type="dxa" w:w="7087"/>
          </w:tcPr>
          <w:p>
            <w:r>
              <w:rPr>
                <w:rFonts w:ascii="Times New Roman" w:hAnsi="Times New Roman"/>
                <w:sz w:val="21"/>
              </w:rPr>
            </w:r>
          </w:p>
        </w:tc>
      </w:tr>
      <w:tr>
        <w:tc>
          <w:tcPr>
            <w:tcW w:type="dxa" w:w="3402"/>
          </w:tcPr>
          <w:p>
            <w:r>
              <w:rPr>
                <w:rFonts w:ascii="Times New Roman" w:hAnsi="Times New Roman"/>
                <w:sz w:val="19"/>
              </w:rPr>
              <w:t>Rezistență mecanică și stabilitate — expert tehnic / nr. certificat</w:t>
            </w:r>
          </w:p>
        </w:tc>
        <w:tc>
          <w:tcPr>
            <w:tcW w:type="dxa" w:w="7087"/>
          </w:tcPr>
          <w:p>
            <w:r>
              <w:rPr>
                <w:rFonts w:ascii="Times New Roman" w:hAnsi="Times New Roman"/>
                <w:sz w:val="21"/>
              </w:rPr>
            </w:r>
          </w:p>
        </w:tc>
      </w:tr>
      <w:tr>
        <w:tc>
          <w:tcPr>
            <w:tcW w:type="dxa" w:w="3402"/>
          </w:tcPr>
          <w:p>
            <w:r>
              <w:rPr>
                <w:rFonts w:ascii="Times New Roman" w:hAnsi="Times New Roman"/>
                <w:sz w:val="19"/>
              </w:rPr>
              <w:t>Raport de expertiză nr. / data</w:t>
            </w:r>
          </w:p>
        </w:tc>
        <w:tc>
          <w:tcPr>
            <w:tcW w:type="dxa" w:w="7087"/>
          </w:tcPr>
          <w:p>
            <w:r>
              <w:rPr>
                <w:rFonts w:ascii="Times New Roman" w:hAnsi="Times New Roman"/>
                <w:sz w:val="21"/>
              </w:rPr>
            </w:r>
          </w:p>
        </w:tc>
      </w:tr>
      <w:tr>
        <w:tc>
          <w:tcPr>
            <w:tcW w:type="dxa" w:w="3402"/>
          </w:tcPr>
          <w:p>
            <w:r>
              <w:rPr>
                <w:rFonts w:ascii="Times New Roman" w:hAnsi="Times New Roman"/>
                <w:sz w:val="19"/>
              </w:rPr>
              <w:t>Securitate la incendiu — expert tehnic / nr. certificat</w:t>
            </w:r>
          </w:p>
        </w:tc>
        <w:tc>
          <w:tcPr>
            <w:tcW w:type="dxa" w:w="7087"/>
          </w:tcPr>
          <w:p>
            <w:r>
              <w:rPr>
                <w:rFonts w:ascii="Times New Roman" w:hAnsi="Times New Roman"/>
                <w:sz w:val="21"/>
              </w:rPr>
            </w:r>
          </w:p>
        </w:tc>
      </w:tr>
      <w:tr>
        <w:tc>
          <w:tcPr>
            <w:tcW w:type="dxa" w:w="3402"/>
          </w:tcPr>
          <w:p>
            <w:r>
              <w:rPr>
                <w:rFonts w:ascii="Times New Roman" w:hAnsi="Times New Roman"/>
                <w:sz w:val="19"/>
              </w:rPr>
              <w:t>Raport de expertiză nr. / data</w:t>
            </w:r>
          </w:p>
        </w:tc>
        <w:tc>
          <w:tcPr>
            <w:tcW w:type="dxa" w:w="7087"/>
          </w:tcPr>
          <w:p>
            <w:r>
              <w:rPr>
                <w:rFonts w:ascii="Times New Roman" w:hAnsi="Times New Roman"/>
                <w:sz w:val="21"/>
              </w:rPr>
            </w:r>
          </w:p>
        </w:tc>
      </w:tr>
      <w:tr>
        <w:tc>
          <w:tcPr>
            <w:tcW w:type="dxa" w:w="3402"/>
          </w:tcPr>
          <w:p>
            <w:r>
              <w:rPr>
                <w:rFonts w:ascii="Times New Roman" w:hAnsi="Times New Roman"/>
                <w:sz w:val="19"/>
              </w:rPr>
              <w:t>Igienă, sănătate și mediu înconjurător — expert tehnic / nr. certificat</w:t>
            </w:r>
          </w:p>
        </w:tc>
        <w:tc>
          <w:tcPr>
            <w:tcW w:type="dxa" w:w="7087"/>
          </w:tcPr>
          <w:p>
            <w:r>
              <w:rPr>
                <w:rFonts w:ascii="Times New Roman" w:hAnsi="Times New Roman"/>
                <w:sz w:val="21"/>
              </w:rPr>
            </w:r>
          </w:p>
        </w:tc>
      </w:tr>
      <w:tr>
        <w:tc>
          <w:tcPr>
            <w:tcW w:type="dxa" w:w="3402"/>
          </w:tcPr>
          <w:p>
            <w:r>
              <w:rPr>
                <w:rFonts w:ascii="Times New Roman" w:hAnsi="Times New Roman"/>
                <w:sz w:val="19"/>
              </w:rPr>
              <w:t>Raport de expertiză nr. / data</w:t>
            </w:r>
          </w:p>
        </w:tc>
        <w:tc>
          <w:tcPr>
            <w:tcW w:type="dxa" w:w="7087"/>
          </w:tcPr>
          <w:p>
            <w:r>
              <w:rPr>
                <w:rFonts w:ascii="Times New Roman" w:hAnsi="Times New Roman"/>
                <w:sz w:val="21"/>
              </w:rPr>
            </w:r>
          </w:p>
        </w:tc>
      </w:tr>
      <w:tr>
        <w:tc>
          <w:tcPr>
            <w:tcW w:type="dxa" w:w="3402"/>
          </w:tcPr>
          <w:p>
            <w:r>
              <w:rPr>
                <w:rFonts w:ascii="Times New Roman" w:hAnsi="Times New Roman"/>
                <w:sz w:val="19"/>
              </w:rPr>
              <w:t>Siguranță și accesibilitate în exploatare — expert tehnic / nr. certificat</w:t>
            </w:r>
          </w:p>
        </w:tc>
        <w:tc>
          <w:tcPr>
            <w:tcW w:type="dxa" w:w="7087"/>
          </w:tcPr>
          <w:p>
            <w:r>
              <w:rPr>
                <w:rFonts w:ascii="Times New Roman" w:hAnsi="Times New Roman"/>
                <w:sz w:val="21"/>
              </w:rPr>
            </w:r>
          </w:p>
        </w:tc>
      </w:tr>
      <w:tr>
        <w:tc>
          <w:tcPr>
            <w:tcW w:type="dxa" w:w="3402"/>
          </w:tcPr>
          <w:p>
            <w:r>
              <w:rPr>
                <w:rFonts w:ascii="Times New Roman" w:hAnsi="Times New Roman"/>
                <w:sz w:val="19"/>
              </w:rPr>
              <w:t>Raport de expertiză nr. / data</w:t>
            </w:r>
          </w:p>
        </w:tc>
        <w:tc>
          <w:tcPr>
            <w:tcW w:type="dxa" w:w="7087"/>
          </w:tcPr>
          <w:p>
            <w:r>
              <w:rPr>
                <w:rFonts w:ascii="Times New Roman" w:hAnsi="Times New Roman"/>
                <w:sz w:val="21"/>
              </w:rPr>
            </w:r>
          </w:p>
        </w:tc>
      </w:tr>
      <w:tr>
        <w:tc>
          <w:tcPr>
            <w:tcW w:type="dxa" w:w="3402"/>
          </w:tcPr>
          <w:p>
            <w:r>
              <w:rPr>
                <w:rFonts w:ascii="Times New Roman" w:hAnsi="Times New Roman"/>
                <w:sz w:val="19"/>
              </w:rPr>
              <w:t>Protecție împotriva zgomotului — expert tehnic / nr. certificat</w:t>
            </w:r>
          </w:p>
        </w:tc>
        <w:tc>
          <w:tcPr>
            <w:tcW w:type="dxa" w:w="7087"/>
          </w:tcPr>
          <w:p>
            <w:r>
              <w:rPr>
                <w:rFonts w:ascii="Times New Roman" w:hAnsi="Times New Roman"/>
                <w:sz w:val="21"/>
              </w:rPr>
            </w:r>
          </w:p>
        </w:tc>
      </w:tr>
      <w:tr>
        <w:tc>
          <w:tcPr>
            <w:tcW w:type="dxa" w:w="3402"/>
          </w:tcPr>
          <w:p>
            <w:r>
              <w:rPr>
                <w:rFonts w:ascii="Times New Roman" w:hAnsi="Times New Roman"/>
                <w:sz w:val="19"/>
              </w:rPr>
              <w:t>Raport de expertiză nr. / data</w:t>
            </w:r>
          </w:p>
        </w:tc>
        <w:tc>
          <w:tcPr>
            <w:tcW w:type="dxa" w:w="7087"/>
          </w:tcPr>
          <w:p>
            <w:r>
              <w:rPr>
                <w:rFonts w:ascii="Times New Roman" w:hAnsi="Times New Roman"/>
                <w:sz w:val="21"/>
              </w:rPr>
            </w:r>
          </w:p>
        </w:tc>
      </w:tr>
      <w:tr>
        <w:tc>
          <w:tcPr>
            <w:tcW w:type="dxa" w:w="3402"/>
          </w:tcPr>
          <w:p>
            <w:r>
              <w:rPr>
                <w:rFonts w:ascii="Times New Roman" w:hAnsi="Times New Roman"/>
                <w:sz w:val="19"/>
              </w:rPr>
              <w:t>Economie de energie și izolare termică — expert tehnic / nr. certificat</w:t>
            </w:r>
          </w:p>
        </w:tc>
        <w:tc>
          <w:tcPr>
            <w:tcW w:type="dxa" w:w="7087"/>
          </w:tcPr>
          <w:p>
            <w:r>
              <w:rPr>
                <w:rFonts w:ascii="Times New Roman" w:hAnsi="Times New Roman"/>
                <w:sz w:val="21"/>
              </w:rPr>
            </w:r>
          </w:p>
        </w:tc>
      </w:tr>
      <w:tr>
        <w:tc>
          <w:tcPr>
            <w:tcW w:type="dxa" w:w="3402"/>
          </w:tcPr>
          <w:p>
            <w:r>
              <w:rPr>
                <w:rFonts w:ascii="Times New Roman" w:hAnsi="Times New Roman"/>
                <w:sz w:val="19"/>
              </w:rPr>
              <w:t>Raport de expertiză nr. / data</w:t>
            </w:r>
          </w:p>
        </w:tc>
        <w:tc>
          <w:tcPr>
            <w:tcW w:type="dxa" w:w="7087"/>
          </w:tcPr>
          <w:p>
            <w:r>
              <w:rPr>
                <w:rFonts w:ascii="Times New Roman" w:hAnsi="Times New Roman"/>
                <w:sz w:val="21"/>
              </w:rPr>
            </w:r>
          </w:p>
        </w:tc>
      </w:tr>
    </w:tbl>
    <w:p>
      <w:pPr>
        <w:spacing w:after="40"/>
      </w:pPr>
    </w:p>
    <w:p>
      <w:pPr>
        <w:spacing w:after="60" w:before="120"/>
        <w:jc w:val="left"/>
      </w:pPr>
      <w:r>
        <w:rPr>
          <w:rFonts w:ascii="Times New Roman" w:hAnsi="Times New Roman"/>
          <w:b/>
          <w:i w:val="0"/>
          <w:sz w:val="22"/>
        </w:rPr>
        <w:t>7. RAPORT PRIVIND RESPECTAREA REGLEMENTĂRILOR URBANISTICE, DACĂ ESTE CAZUL</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Elaborator</w:t>
            </w:r>
          </w:p>
        </w:tc>
        <w:tc>
          <w:tcPr>
            <w:tcW w:type="dxa" w:w="7087"/>
          </w:tcPr>
          <w:p>
            <w:r>
              <w:rPr>
                <w:rFonts w:ascii="Times New Roman" w:hAnsi="Times New Roman"/>
                <w:sz w:val="21"/>
              </w:rPr>
            </w:r>
          </w:p>
        </w:tc>
      </w:tr>
      <w:tr>
        <w:tc>
          <w:tcPr>
            <w:tcW w:type="dxa" w:w="3402"/>
          </w:tcPr>
          <w:p>
            <w:r>
              <w:rPr>
                <w:rFonts w:ascii="Times New Roman" w:hAnsi="Times New Roman"/>
                <w:sz w:val="19"/>
              </w:rPr>
              <w:t>Raport nr. / data</w:t>
            </w:r>
          </w:p>
        </w:tc>
        <w:tc>
          <w:tcPr>
            <w:tcW w:type="dxa" w:w="7087"/>
          </w:tcPr>
          <w:p>
            <w:r>
              <w:rPr>
                <w:rFonts w:ascii="Times New Roman" w:hAnsi="Times New Roman"/>
                <w:sz w:val="21"/>
              </w:rPr>
            </w:r>
          </w:p>
        </w:tc>
      </w:tr>
      <w:tr>
        <w:tc>
          <w:tcPr>
            <w:tcW w:type="dxa" w:w="3402"/>
          </w:tcPr>
          <w:p>
            <w:r>
              <w:rPr>
                <w:rFonts w:ascii="Times New Roman" w:hAnsi="Times New Roman"/>
                <w:sz w:val="19"/>
              </w:rPr>
              <w:t>Nr. certificat atestare</w:t>
            </w:r>
          </w:p>
        </w:tc>
        <w:tc>
          <w:tcPr>
            <w:tcW w:type="dxa" w:w="7087"/>
          </w:tcPr>
          <w:p>
            <w:r>
              <w:rPr>
                <w:rFonts w:ascii="Times New Roman" w:hAnsi="Times New Roman"/>
                <w:sz w:val="21"/>
              </w:rPr>
            </w:r>
          </w:p>
        </w:tc>
      </w:tr>
    </w:tbl>
    <w:p>
      <w:pPr>
        <w:spacing w:after="40"/>
      </w:pPr>
    </w:p>
    <w:p>
      <w:pPr>
        <w:spacing w:after="60" w:before="120"/>
        <w:jc w:val="left"/>
      </w:pPr>
      <w:r>
        <w:rPr>
          <w:rFonts w:ascii="Times New Roman" w:hAnsi="Times New Roman"/>
          <w:b/>
          <w:i w:val="0"/>
          <w:sz w:val="22"/>
        </w:rPr>
        <w:t>8. ANEXEZ LA PREZENTA CERERE</w:t>
      </w:r>
    </w:p>
    <w:p>
      <w:pPr>
        <w:spacing w:after="40" w:before="0"/>
        <w:jc w:val="left"/>
      </w:pPr>
      <w:r>
        <w:rPr>
          <w:rFonts w:ascii="Times New Roman" w:hAnsi="Times New Roman"/>
          <w:b w:val="0"/>
          <w:i w:val="0"/>
          <w:sz w:val="21"/>
        </w:rPr>
        <w:t>☐ a) rapoartele de expertiză tehnică pentru cerințele fundamentale</w:t>
      </w:r>
    </w:p>
    <w:p>
      <w:pPr>
        <w:spacing w:after="40" w:before="0"/>
        <w:jc w:val="left"/>
      </w:pPr>
      <w:r>
        <w:rPr>
          <w:rFonts w:ascii="Times New Roman" w:hAnsi="Times New Roman"/>
          <w:b w:val="0"/>
          <w:i w:val="0"/>
          <w:sz w:val="21"/>
        </w:rPr>
        <w:t>☐ b) documente emise de către emitenții avizelor / acordurilor (câte 1 exemplar copie)</w:t>
      </w:r>
    </w:p>
    <w:p>
      <w:pPr>
        <w:spacing w:after="40" w:before="0"/>
        <w:jc w:val="left"/>
      </w:pPr>
      <w:r>
        <w:rPr>
          <w:rFonts w:ascii="Times New Roman" w:hAnsi="Times New Roman"/>
          <w:b w:val="0"/>
          <w:i w:val="0"/>
          <w:sz w:val="21"/>
        </w:rPr>
        <w:t>☐ raport privind respectarea reglementărilor urbanistice, elaborat de structura de specialitate / de specialist cu drept de semnătură în domeniul urbanismului, după caz</w:t>
      </w:r>
    </w:p>
    <w:p>
      <w:pPr>
        <w:spacing w:after="40" w:before="0"/>
        <w:jc w:val="left"/>
      </w:pPr>
      <w:r>
        <w:rPr>
          <w:rFonts w:ascii="Times New Roman" w:hAnsi="Times New Roman"/>
          <w:b w:val="0"/>
          <w:i w:val="0"/>
          <w:sz w:val="21"/>
        </w:rPr>
        <w:t>☐ extras de carte funciară actualizat</w:t>
      </w:r>
    </w:p>
    <w:p>
      <w:pPr>
        <w:spacing w:after="40" w:before="0"/>
        <w:jc w:val="left"/>
      </w:pPr>
      <w:r>
        <w:rPr>
          <w:rFonts w:ascii="Times New Roman" w:hAnsi="Times New Roman"/>
          <w:b w:val="0"/>
          <w:i w:val="0"/>
          <w:sz w:val="21"/>
        </w:rPr>
        <w:t>☐ documentația P.A.C. (2 exemplare sau 1 exemplar original, în format letric, acolo unde autoritatea are posibilitatea de a arhiva în format digital)</w:t>
      </w:r>
    </w:p>
    <w:p>
      <w:pPr>
        <w:spacing w:after="40" w:before="0"/>
        <w:jc w:val="left"/>
      </w:pPr>
      <w:r>
        <w:rPr>
          <w:rFonts w:ascii="Times New Roman" w:hAnsi="Times New Roman"/>
          <w:b w:val="0"/>
          <w:i w:val="0"/>
          <w:sz w:val="21"/>
        </w:rPr>
        <w:t>☐ dovada achitării taxelor        ☐ împuternicirea, dacă este cazul</w:t>
      </w:r>
    </w:p>
    <w:p>
      <w:pPr>
        <w:spacing w:after="40" w:before="80"/>
        <w:jc w:val="both"/>
      </w:pPr>
      <w:r>
        <w:rPr>
          <w:rFonts w:ascii="Times New Roman" w:hAnsi="Times New Roman"/>
          <w:b w:val="0"/>
          <w:i/>
          <w:sz w:val="19"/>
        </w:rPr>
        <w:t>Declar pe propria răspundere, sub sancțiunea Codului penal privind infracțiunea de fals în declarații, că datele menționate în prezenta cerere sunt reale și exacte și că am formulat prezenta cerere anterior începerii lucrărilor de modificare identificate în Proiectul pentru autorizarea construirii atașat, astfel cum stabilește art. 301.</w:t>
      </w:r>
    </w:p>
    <w:p>
      <w:pPr>
        <w:spacing w:after="60" w:before="120"/>
        <w:jc w:val="left"/>
      </w:pPr>
      <w:r>
        <w:rPr>
          <w:rFonts w:ascii="Times New Roman" w:hAnsi="Times New Roman"/>
          <w:b/>
          <w:i w:val="0"/>
          <w:sz w:val="22"/>
        </w:rPr>
        <w:t>9. DATA ȘI SEMNĂTURA</w:t>
      </w:r>
    </w:p>
    <w:tbl>
      <w:tblPr>
        <w:tblStyle w:val="TableGrid"/>
        <w:tblW w:type="auto" w:w="0"/>
        <w:jc w:val="center"/>
        <w:tblLook w:firstColumn="1" w:firstRow="1" w:lastColumn="0" w:lastRow="0" w:noHBand="0" w:noVBand="1" w:val="04A0"/>
      </w:tblPr>
      <w:tblGrid>
        <w:gridCol w:w="5496"/>
        <w:gridCol w:w="5496"/>
      </w:tblGrid>
      <w:tr>
        <w:tc>
          <w:tcPr>
            <w:tcW w:type="dxa" w:w="3402"/>
          </w:tcPr>
          <w:p>
            <w:r>
              <w:rPr>
                <w:rFonts w:ascii="Times New Roman" w:hAnsi="Times New Roman"/>
                <w:sz w:val="19"/>
              </w:rPr>
              <w:t>Data</w:t>
            </w:r>
          </w:p>
        </w:tc>
        <w:tc>
          <w:tcPr>
            <w:tcW w:type="dxa" w:w="7087"/>
          </w:tcPr>
          <w:p>
            <w:r>
              <w:rPr>
                <w:rFonts w:ascii="Times New Roman" w:hAnsi="Times New Roman"/>
                <w:sz w:val="21"/>
              </w:rPr>
            </w:r>
          </w:p>
        </w:tc>
      </w:tr>
      <w:tr>
        <w:tc>
          <w:tcPr>
            <w:tcW w:type="dxa" w:w="3402"/>
          </w:tcPr>
          <w:p>
            <w:r>
              <w:rPr>
                <w:rFonts w:ascii="Times New Roman" w:hAnsi="Times New Roman"/>
                <w:sz w:val="19"/>
              </w:rPr>
              <w:t>Solicitantul — numele și semnătura</w:t>
            </w:r>
          </w:p>
        </w:tc>
        <w:tc>
          <w:tcPr>
            <w:tcW w:type="dxa" w:w="7087"/>
          </w:tcPr>
          <w:p>
            <w:r>
              <w:rPr>
                <w:rFonts w:ascii="Times New Roman" w:hAnsi="Times New Roman"/>
                <w:sz w:val="21"/>
              </w:rPr>
            </w:r>
          </w:p>
        </w:tc>
      </w:tr>
    </w:tbl>
    <w:p>
      <w:pPr>
        <w:spacing w:after="40"/>
      </w:pPr>
    </w:p>
    <w:p>
      <w:pPr>
        <w:spacing w:after="40" w:before="120"/>
        <w:jc w:val="left"/>
      </w:pPr>
      <w:r>
        <w:rPr>
          <w:rFonts w:ascii="Times New Roman" w:hAnsi="Times New Roman"/>
          <w:b w:val="0"/>
          <w:i/>
          <w:sz w:val="18"/>
        </w:rPr>
        <w:t>Se depune la registratura Primăriei Orașului Ciacova, Piața Cetății nr. 8, sau prin e-mail la primariaciacova@primariaciacova.ro. Termen de soluționare: 30 de zile calendaristice de la depunerea documentației complete (art. 273 alin. (1) din Legea nr. 169/2026).</w:t>
      </w:r>
    </w:p>
    <w:sectPr w:rsidR="00FC693F" w:rsidRPr="0006063C" w:rsidSect="00034616">
      <w:pgSz w:w="12240" w:h="15840"/>
      <w:pgMar w:top="567" w:right="567" w:bottom="567"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before="0"/>
    </w:pPr>
    <w:rPr>
      <w:rFonts w:ascii="Times New Roman" w:hAnsi="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Șeitan Claudia-Ionela</dc:creator>
  <cp:keywords/>
  <dc:description>generated by python-docx</dc:description>
  <cp:lastModifiedBy>Șeitan Claudia-Ionela</cp:lastModifiedBy>
  <cp:revision>1</cp:revision>
  <dcterms:created xsi:type="dcterms:W3CDTF">2013-12-23T23:15:00Z</dcterms:created>
  <dcterms:modified xsi:type="dcterms:W3CDTF">2013-12-23T23:15:00Z</dcterms:modified>
  <cp:category/>
</cp:coreProperties>
</file>